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לעץ משפחה ולדורות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שמות קרובי משפחה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מקורות המשפחה וסיפורה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אחים ואחיות שלי ואני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הדורות הישנים נמצאים למעלה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סבא־רבא הוא ההורה של הסבא או הסבתא, כלומר רחוק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למשפחות שונות יש מקורות שונים ומגוונים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בני המשפחה לדור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(דור 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(דור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(דור 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(דור 4)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מהדור הקרוב ביותר לרחוק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ואחים/אחיות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ואבא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סבא וסבתא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סבא־רבא וסבתא־רבא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 כתב עובדה הקשורה למשפחה, כמו מקור, מקצוע, או סיפור מעניין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סבא־רבא הוא ההורה של הסבא, דור אחד רחוק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ארבעה דורות - דור 1 עד דור 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להשאיר ריק ולשאול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לעודד תלמידים להביא מידע נוסף מהבית לפני השיעור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לשיחה על מקורות משפחתיים שונים בכיתה בכבוד ורגישות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לשים לב לרגישות המשפחתית של חלק מהתלמידים (למשל מצבי אימוץ או משפחות חד הוריות)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עץ משפחה הוא ציור שמראה מי שייך למשפחה שלנו לאורך כמה דורות - מהסבים והסבתות ועד הילדים. בדף הזה נתרגל את המושגים הקשורים לעץ המשפחה.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סבא  ·  סבתא  ·  דור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נמצא בדור הקרוב ביותר אליי בעץ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סבא־רבא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הורים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אחים ואחיות שלי ואני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הורים יש לכל אדם בעץ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בעץ המשפחה, ככל שעולים למעלה כך מגיעים לדורות מבוגרים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סבא־רבא הוא האבא של אבא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המשפחות הגיעו מאותו מקום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האמא של אמא שלי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האבא של אבא שלי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קבוצת אנשים שנולדו באותה תקופה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בני המשפחה לדור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דור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אמא ואבא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דור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סבא וסבתא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דור 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סבתא־רבא וסבא־רבא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דור 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מהדור הקרוב ביותר לרחוק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סבא־רבא וסבתא־רבא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אני ואחים/אחיות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 ואבא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סבא וסבתא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עובדה מעניינת אחת שגיליתם או הייתם רוצים לגלות על 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סבא לסבא־רבא?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דורות מופיעים בעץ המשפחה שבדף?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עץ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