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לעץ 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קרובי משפחה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מקורות המשפחה וסיפורה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אחים ואחיות שלי ואני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סבא־רבא וסבתא־רבא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הדורות הישנים נמצאים למעלה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סבא־רבא הוא ההורה של הסבא או הסבתא, כלומר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למשפחות שונות יש מקורות שונים ומגוונים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מה שכתוב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דור 1 הוא אני ואחיי - הדור הקרוב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בני המשפחה לדור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(דור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(דור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(דור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(דור 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מהדור הקרוב ביותר לרחוק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ואחים/אחיות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ואבא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סבא־רבא וסבתא־רבא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כתב עובדה הקשורה למשפחה, כמו מקור, מקצוע, או סיפור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מקובל שהתלמיד יכתוב שם מדינה או מקום אחד לפחות, או יציין שאינו 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תשובות אפשריות: להכיר את השורשים שלנו, להבין את ההיסטוריה המשפחתית, לשמר מסורות וסיפורים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סבא־רבא הוא ההורה של הסבא, דור אחד רחוק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דורות - דור 1 עד דור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להשאיר ריק ולשאול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תלמידים להביא מידע נוסף מהבית לפני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לשיחה על מקורות משפחתיים שונים בכיתה בכבוד ורגישות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לב לרגישות המשפחתית של חלק מהתלמידים (למשל מצבי אימוץ או משפחות חד הוריות)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עץ משפחה זה ציור. הוא מראה מי נמצא במשפחה שלנו. סבא, סבתא, אמא, אבא וילדים.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באותה תקופה, כמו הסבים או ההורים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סבא־רבא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של הסבא או הסבתא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סבתא־רבא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הסבא או הסבתא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שושלת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של דורות במשפחה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שממנו הגיעה המשפחה במקור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קרובי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שקשורים אלינו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ואבא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אחים ואחיות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נוספים של אותם 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נמצא הכי קרוב אליי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סבא־רבא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אחים ואחיות שלי ואני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הורים יש לכל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הם ההורים של סבא?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ההורים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סבא־רבא וסבתא־רבא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סבים וסבתות יש לנו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המשפחה, ככל שעולים למעלה כך מגיעים לדורות מבוגרים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הוא האבא של אבא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הגיעו מאותו מקום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להשאיר ריק בעץ המשפחה מה שלא יודעים ולשאול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דור 1 בעץ המשפחה הוא הדור הכי רחוק מאיתנו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האמא של אמא שלי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האבא של אבא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אנשים שנולדו באותה תקופה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המקום שממנו הגיעה המשפחה במקור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האמא של הסבא שלי נקראת סבתא־__________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בני המשפחה לדור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דור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אמא ואבא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דור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סבא וסבתא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דור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סבתא־רבא וסבא־רבא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דור 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מהדור הקרוב ביותר לרחוק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וסבתא־רבא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ואחים/אחיות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ואבא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עובדה מעניינת אחת שגיליתם או הייתם רוצים לגלות על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מאילו מקומות בעולם הגיעו בני המשפחה שלכם? כתבו כמה שאתם יודעים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חשוב לדעת מאיפה המשפחה שלנו הגיעה?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סבא לסבא־רבא?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דורות מופיעים בעץ המשפחה שבדף?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אם לא יודעים שם של קרוב משפחה בעץ?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